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השורשים - לוח ההגשות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עבודת השורשים ואת סדר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לוח זמנים והבנת מועדי 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להתחיל לתכנן את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פרק 1 -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פרקים 5-6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ראיון עם בן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רשום בלוח ההגשות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ראיון מוגש בשבוע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בשבוע 9, אחרי פרק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עץ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פרק למועד ההגשה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(שבוע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(שבוע 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(שבוע 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(שבוע 6)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פרק 1 -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פרק 3 - מסע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פרק 4 -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פרק 7 - המקום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אזכור בני משפחה, שמות, תמונות, שיחה עם הורים/סבים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4 -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שבוע 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שער, תוכן עניינים ומקורות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לוח ההגשות המעודכן מהכיתה לפני תרגול ההתאמה והסדר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לחשוב כבר עכשיו על מקורות מידע מהמשפחה לפרק הקרוב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ולהתמקד בלוח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השורשים - לוח ההגשות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עבודת השורשים היא עבודה גדולה שבה כל תלמיד ותלמידה חוקרים את המשפחה שלהם, לפי פרקים שמוגשים כטיוטות במהלך השנה, ולבסוף מוגשת עבודה שלמה.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עץ משפחה  ·  מי אני  ·  מסורת  ·  ראיון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מוגש בשבוע 2 לפי לוח ההגשות?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פרק 1 -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פרק 2 -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פרק 4 -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פרקים עוסקים בחפץ ובמסורת 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פרקים 1-2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פרקים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פרקים 5-6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כולל פרק 4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תוכן 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ראיון עם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שער העבודה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פרק 3 עוסק במסע משפחתי.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ראיון מוגש בשבוע 2.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משוב עמיתים מתקיים אחרי כל הפרקים הראשיים.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פרק 1 בעבודת השורשים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פרק 2 עוסק ב__________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בפרק 4 התלמידים עורכים __________ עם בן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פרקים 5-6 עוסקים בחפץ ו__________ משפחתית.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פרק למועד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פרק 1 - מי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שבוע 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פרק 2 -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שבוע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פרק 3 - מסע משפחתי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שבוע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פרק 4 -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שבוע 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ההגשות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פרק 7 - המקום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פרק 4 - 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פרק 3 - מסע משפחתי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פרק 1 - מי אני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תכננו: איזה מידע תצטרכו לאסוף כדי לכתוב את פרק 2 - עץ המשפחה שלכם? ממי תוכלו לשאול?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הפרק שעוסק בראיון עם בן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שבוע מתקיים משוב העמיתים?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עבודת השורשים - לוח ההגשות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