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השורשים ואת סדר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זמנים והבנת מועדי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לתכנן את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פרקים 5-6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משוב עמיתים ותיקונים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שער, תוכן ומקורות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שבוע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רשום בלוח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מוגש בשבוע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בשבוע 9, אחרי פרק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רשום בשורה האחרונה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רשום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אין שורה בטבלה לשבוע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המקום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פרק למועד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(שבוע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(שבוע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(שבוע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(שבוע 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(שבוע 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(שבוע 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פרק 3 - מסע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פרק 4 -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פרק 7 - המקום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 ותיקונים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הגשה סופית של כל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בני משפחה, שמות, תמונות, שיחה עם הורים/סבים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אפשרות לתקן, לקבל הערות, לשפר את הכתיבה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4 -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שבוע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שער, תוכן עניינים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ההגשות המעודכן מהכיתה לפני תרגול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לחשוב כבר עכשיו על מקורות מידע מהמשפחה לפרק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בלוח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בעבודת השורשים כל ילד כותב על המשפחה שלו. יש הרבה פרקים קטנים. כל פרק מוגש קודם כטיוטה, ובסוף מגישים הכל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ראשונה של הכתיבה, לפני התיקון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או תרשים שמראה את בני המשפחה לאורך הדורות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שעובר במשפחה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עמיתים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שתלמידים נותנים אחד לשני על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בן משפחה כדי לאסוף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המקומות שמהם נאסף המידע לעבודה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העמוד הראשון של העבודה עם שם הפרויקט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תוכן עניינים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הפרקים שבעבודה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מגישים בשבוע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 1 -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 2 -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 4 -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ההגשה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פרקים הם על חפץ ומסורת?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פרקים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פרקים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פרקים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בשבוע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עמיתים ותיקונים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פרק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תוכן 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שער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עוד מוגש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הטיוטות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שער, תוכן ומקורות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ראיון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זמן בין פרק 1 לפרק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3 עוסק במסע משפחתי.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מוגש בשבוע 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מתקיים אחרי כל הפרקים הראשיים.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ההגשה הסופית כוללת גם שער וגם מקורות.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2 עוסק בעץ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שבוע 4 לשבוע 6 אין הגשות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פרק 1 בעבודת השורשים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פרק 2 עוסק ב__________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4 התלמידים עורכים __________ עם בן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פרקים 5-6 עוסקים בחפץ ו__________ משפחתית.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ההגשה הסופית יש שבוע של __________ ותיקונים.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פרק 7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פרק למועד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פרק 1 -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שבוע 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פרק 2 -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שבוע 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פרק 3 - מסע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שבוע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פרק 4 -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שבוע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פרקים 5-6 - חפץ ומסורת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שבוע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פרק 7 - המקום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שבוע 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7 - המקום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הגשה סופית של כל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1 - 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4 - 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3 - מסע משפחתי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ותיקונים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תכננו: איזה מידע תצטרכו לאסוף כדי לכתוב את פרק 2 - עץ המשפחה שלכם? ממי תוכלו לשאול?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להגיש טיוטה לפני ההגשה הסופית, ולא להגיש ישר את הגרסה האחרונה?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הפרק שעוסק בראיון עם בן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שבוע מתקיים משוב העמיתים?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מוגש בהגשה הסופית מלבד פרק 8?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השורשים - לוח ההגשות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